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🦓 סוד הפסים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מסעות ענק - נדידות בטבע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מידע על נדידת בעלי חיים בטבע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לאתר מידע מדויק בטקסט מידעי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להסיק מסקנות ולהביע דעה על 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נדידה קורה בכל שנה באותה עונה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כתוב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הם הולכים יחד עם זברות וצבאים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כתוב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מדענים עדיין חוקרים זאת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מי נודד לאן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(עוצרים לחורף בעמק החולה)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(הולכים במעגל בין טנזניה לקניה)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(שוחים אל מים חמים כדי ללדת)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(עף אל מקום החורף במקסיקו)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(עוברות מעל ישראל בסתיו ובאביב)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למה הם נודדים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כי ישראל נמצאת בצומת בין שלוש יבשות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אף פרפר לא עושה את כל הדרך, הנינים מסיימים אותה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כי במקום שבו ירד גשם צומח עשב טרי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השמש, הכוכבים והשדה המגנטי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מיינו לפי הסיבה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עשב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לדת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חורף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חורף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חושבים על 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כדי לסיים בשאלה מסקרנת שהמדע עוד חוקר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מפה עם מסלולי הנדידה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כותבים יומן מסע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לבדוק: כתיבה בגוף ראשון, שימוש במידע מהטקסט (ישראל, סתיו, מקום חם), הסבר הסיבה לנדידה, שימוש במילות זמן כמו קודם ואחר כך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מסע קבוע של בעלי חיים ממקום למקום בכל שנה באותה עונה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למשל: חסידות - מעל ישראל, גנו - בין טנזניה לקניה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ללדת את הגורים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להקריא את הטקסט בקול לפני התרגול כדי לחזק הבנת נשמע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להראות מפה של מסלולי נדידה כדי להמחיש את המרחקים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הכתיבה כדאי לתת דוגמה אחת משותפת לפני העבודה העצמאית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🦓 סוד הפסים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מסעות ענק - נדידות בטבע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על נדידות גדולות של בעלי חיים - ציפורים, גנו, לווייתנים ופרפרים. נתרגל איתור מידע, הבנה והיסק.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נדידה היא מסע שקורה פעם אחת בחיים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ישראל נמצאת בין אירופה, אסיה ואפריקה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עגורים רבים מבלים את החורף בעמק החולה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הגנו נודדים לבד, בלי בעלי חיים אחרים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הלווייתנים יולדים במים החמים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מדענים כבר יודעים בדיוק איך בעלי חיים מוצאים את הדרך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מי נודד לאן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העגורים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הולכים במעגל בין טנזניה לקניה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הגנו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שוחים אל מים חמים כדי ללדת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לווייתני גדול-סנפיר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עוצרים לחורף בעמק החולה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פרפר המונרך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עוברות מעל ישראל בסתיו ובאביב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החסידות הלבנות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עף אל מקום החורף במקסיקו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למה הם נודדים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עוברות מעל ישראל כל כך הרבה ציפורים?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בישראל חם כל השנה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ישראל נמצאת בצומת בין שלוש יבשות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יש בישראל הרבה עצים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הציפורים אוהבות 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פירוש 'המסע לוקח שלושה-ארבעה דורות'?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המסע לוקח שלוש שנים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אף פרפר לא עושה את כל הדרך, הנינים מסיימים אותה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ארבעה פרפרים עפים יחד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הפרפרים עוצרים ארבע פעמים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למה הגנו הולכים בעקבות הגשם?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הם אוהבים להירטב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במקום שבו ירד גשם צומח עשב טרי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הגשם מגרש תנינים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שם קר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עוזר לבעלי חיים למצוא את הדרך בנדידה?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עיניים חדות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השמש, הכוכבים והשדה המגנטי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מפות נייר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הריח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מיינו לפי הסיבה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ציפורים עוזבות את אירופה הקרה בסתיו כדי לברוח מ__________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הגנו הולכים אחרי הגשם כדי למצוא __________ טרי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הלווייתנים שוחים למים חמים כדי ל__________ את הגורים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עגורים עוצרים בעמק החולה כדי לבלות את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פרפרי המונרך עפים למקסיקו כדי לבלות שם את ה__________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חושבים על 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הכותב/ת סיים/ה בפסקה 'איך הם יודעים לאן?'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כדי לסיים בשאלה מסקרנת שהמדע עוד חוקר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זה הדבר הכי פחות חשוב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כדי לספר על חסידות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כדי להפחיד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איזה דבר יעזור לקוראים להבין את הטקסט טוב יותר?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מפה עם מסלולי הנדידה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מתכון לעוגה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רשימת שירים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תמונה של כיתה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כותבים יומן מסע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דמיינו שאתם חסידה שיוצאת מאירופה בסתיו. כתבו יומן מסע קצר (4-5 משפטים): מאיפה יצאתם, מעל איזו ארץ עברתם, לאן אתם עפים ולמה.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נדידה?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ציינו שני בעלי חיים שנודדים ולאן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לווייתני גדול-סנפיר שוחים למים חמים?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מסעות ענק - נדידות בטבע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