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מסעות ענק - נדידות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מידע על נדידת בעלי חיים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מדויק בטקסט מידעי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מסקנות ולהביע דעה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נדידה קורה בכל שנה באותה 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הולכים יחד עם זברות וצבאים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מדענים עדיין חוקרים זאת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 נודד לאן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(עוצרים לחורף בעמק החולה)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(הולכים במעגל בין טנזניה לקניה)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(שוחים אל מים חמים כדי ללדת)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(עף אל מקום החורף במקסיקו)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(עוברות מעל ישראל בסתיו ובאביב)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למה הם נודדים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ישראל נמצאת בצומת בין שלוש 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אף פרפר לא עושה את כל הדרך, הנינים מסיימים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במקום שבו ירד גשם צומח עשב טרי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השמש, הכוכבים והשדה המגנטי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מיינו לפי הסיבה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על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לסיים בשאלה מסקרנת שהמדע עוד חוקר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מפה עם מסלולי הנדידה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יומן 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כתיבה בגוף ראשון, שימוש במידע מהטקסט (ישראל, סתיו, מקום חם), הסבר הסיבה לנדידה, שימוש במילות זמן כמו קודם ואחר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מסע קבוע של בעלי חיים ממקום למקום בכל שנה באותה עונה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חסידות - מעל ישראל, גנו - בין טנזניה לקניה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ללדת את הגורים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הבנת 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מפה של מסלולי נדידה כדי להמחיש את המרחקים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כדאי לתת דוגמה אחת משותפת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מסעות ענק - נדידות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על בעלי חיים שעושים מסעות ארוכים. נענה על שאלות על 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נדידה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מסע קבוע של בעלי חיים ממקום למקום בכל 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צאצאים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הילדים של בעלי החיים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עגורים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ציפורים גדולות שעוצרות בעמק החולה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גנו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בעלי חיים באפריקה שהולכים במעגל גדול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גדול-סנפיר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של לוויתן גדול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מונרך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של פרפר שנודד למקסיקו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שדה מגנטי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 בלתי נראה של כדור הארץ שעוזר לבעלי חיים למצוא דרך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נדידה היא מסע שקורה פעם אחת בחיים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ישראל נמצאת בין אירופה, אסיה ואפריקה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עגורים רבים מבלים את החורף בעמק החולה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הגנו נודדים לבד, בלי בעלי חיים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הלווייתנים יולדים במים החמים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מדענים כבר יודעים בדיוק איך בעלי חיים מוצאים את הדרך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 נודד לאן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העגורים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הולכים במעגל בין טנזניה לקניה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הגנו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עף אל מקום החורף במקסיקו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לווייתני גדול-סנפיר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עוברות מעל ישראל בסתיו ובאביב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פרפר המונרך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עוצרים לחורף בעמק החולה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החסידות הלבנות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שוחים אל מים חמים כדי ללדת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למה הם נודדים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יש הרבה ציפורים מעל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בישראל חם כל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ישראל נמצאת בצומת בין שלוש 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בישראל הרבה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הציפורים אוהבות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'כמה דורות' במסע?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המסע לוקח שלוש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אף פרפר לא עושה את כל הדרך, הנינים מסיימים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 פרפרים עפים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הפרפרים עוצרים ארבע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הגנו הולכים אחרי הגשם?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אוהבים להירטב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במקום שבו ירד גשם צומח עשב טרי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הגשם מגרש תנינים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שם 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בעלי חיים יודעים לאן ללכת?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עיניים חדות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השמש, הכוכבים והשדה המגנטי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מפות 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הריח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מיינו לפי הסיבה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ציפורים עוזבות את אירופה הקרה בסתיו כדי לברוח מ__________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הגנו הולכים אחרי הגשם כדי למצוא __________ טרי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הלווייתנים שוחים למים חמים כדי ל__________ את הגורים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עגורים עוצרים בעמק החולה כדי לבלות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פרפרי המונרך עפים למקסיקו כדי לבלות שם את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הפסקה האחרונה מדברת על שאלה פתוחה?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לסיים בשאלה מסקרנת שהמדע עוד חוקר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הדבר הכי פחות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לספר על חסידות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להפחיד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יעזור להבין את הטקסט יותר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מפה עם מסלולי הנדידה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מתכון לעוגה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 של 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יומן 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חסידה שיוצאת מאירופה בסתיו. כתבו יומן מסע קצר (4-5 משפטים): מאיפה יצאתם, מעל איזו ארץ עברתם, לאן אתם עפים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נדידה?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בעלי חיים שנודדים ולאן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לווייתני גדול-סנפיר שוחים למים חמים?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מסעות ענק - נדידות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