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על נדידת בעלי חיים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ולהביע דעה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נדידה קורה בכל שנה באותה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נודד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לחורף בעמק החולה)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(הולכים במעגל בין טנזניה לקניה)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(שוחים אל מים חמים כדי ללדת)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(עף אל מקום החורף במקסיקו)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למה הם נודדים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ישראל נמצאת בצומת בין שלוש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במקום שבו ירד גשם צומח עשב טרי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מיינו לפי הסיבה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מפה עם מסלולי הנדידה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יומן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כתיבה בגוף ראשון, שימוש במידע מהטקסט (ישראל, סתיו, מקום חם), הסבר הסיבה לנדידה, שימוש במילות זמן כמו קודם ואחר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מסע קבוע של בעלי חיים ממקום למקום בכל שנה באותה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חסידות - מעל ישראל, גנו - בין טנזניה לקניה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ללדת את הגורים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מפה של מסלולי נדידה כדי להמחיש את המרחקים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לתת דוגמה אחת משותפת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נדידות גדולות של בעלי חיים - ציפורים, גנו, לווייתנים ופרפרים. נתרגל איתור מידע, הבנה והיסק.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עשב  ·  קור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נדידה היא מסע שקורה פעם אחת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ישראל נמצאת בין אירופה, אסיה ואפריקה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עגורים רבים מבלים את החורף בעמק החולה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 נודד לאן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הולכים במעגל בין טנזניה לקניה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עף אל מקום החורף במקסיקו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לווייתני גדול-סנפיר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עוצרים לחורף בעמק החולה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פרפר המונרך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שוחים אל מים חמים כדי ללדת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למה הם נודדים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עוברות מעל ישראל כל כך הרבה 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בישראל חם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ישראל נמצאת בצומת בין שלוש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יש בישראל הרבה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הגנו הולכים בעקבות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הם אוהבים להירטב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במקום שבו ירד גשם צומח עשב 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הגשם מגרש תנינים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מיינו לפי הסיבה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ציפורים עוזבות את אירופה הקרה בסתיו כדי לברוח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הגנו הולכים אחרי הגשם כדי למצוא __________ טרי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דבר יעזור לקוראים להבין את הטקסט טוב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מפה עם מסלולי הנדידה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יומן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חסידה שיוצאת מאירופה בסתיו. כתבו יומן מסע קצר (4-5 משפטים): מאיפה יצאתם, מעל איזו ארץ עברתם, לאן אתם עפים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נדידה?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בעלי חיים שנודדים ולאן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מסעות ענק - נדידות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